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Emily Vanegas</w:t>
      </w:r>
    </w:p>
    <w:p>
      <w:r>
        <w:t>emilyvanegasrose@gmail.com</w:t>
      </w:r>
    </w:p>
    <w:p>
      <w:r>
        <w:t>209-326-6263</w:t>
      </w:r>
    </w:p>
    <w:p/>
    <w:p>
      <w:r>
        <w:t>To whom it may concern,</w:t>
      </w:r>
    </w:p>
    <w:p>
      <w:r>
        <w:t>I am writing to recommend Krystal Gutierrez for a counseling position. I had the pleasure of serving as Krystal's supervisor during her time in banking from 2022 to 2024. During that time, I consistently observed her professionalism, reliability, communication skills, and ability to build meaningful relationships with clients and colleagues.</w:t>
      </w:r>
    </w:p>
    <w:p>
      <w:r>
        <w:t>Krystal has a natural ability to connect with others and support them in meaningful ways. She listens attentively, communicates with empathy and professionalism, asks thoughtful questions, and creates an environment where people feel comfortable discussing sensitive topics. These qualities were consistently demonstrated while we worked together and are strengths that I believe will translate exceptionally well into a counseling role.</w:t>
      </w:r>
    </w:p>
    <w:p>
      <w:r>
        <w:t>Krystal is committed to her education and career goals. She remains organized, works diligently to meet the expectations of her master's program, and approaches every responsibility with integrity and professionalism.</w:t>
      </w:r>
    </w:p>
    <w:p>
      <w:r>
        <w:t>I believe Krystal would be a dependable and valuable addition to any behavioral health organization. She demonstrates sound judgment, works well with others, and genuinely cares about the individuals she serves.</w:t>
      </w:r>
    </w:p>
    <w:p>
      <w:r>
        <w:t>If any additional information is needed, I would be happy to provide it.</w:t>
      </w:r>
    </w:p>
    <w:p>
      <w:r>
        <w:br/>
        <w:t>Sincerely,</w:t>
        <w:br/>
        <w:br/>
        <w:br/>
        <w:t>Emily Vanegas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